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46F06" w14:textId="77777777" w:rsidR="00B07D71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5A9FCFF2" wp14:editId="3FF96582">
            <wp:extent cx="2880360" cy="5482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54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420E1" w14:textId="77777777" w:rsidR="00B07D71" w:rsidRPr="000B56B2" w:rsidRDefault="00000000">
      <w:pPr>
        <w:spacing w:before="40" w:after="20"/>
        <w:jc w:val="center"/>
        <w:rPr>
          <w:sz w:val="28"/>
          <w:szCs w:val="32"/>
        </w:rPr>
      </w:pPr>
      <w:r w:rsidRPr="000B56B2">
        <w:rPr>
          <w:sz w:val="24"/>
          <w:szCs w:val="32"/>
        </w:rPr>
        <w:t>XXX Street, Kingston, ON  K7M 0A1</w:t>
      </w:r>
    </w:p>
    <w:p w14:paraId="02AE4091" w14:textId="77777777" w:rsidR="00B07D71" w:rsidRPr="000B56B2" w:rsidRDefault="00000000">
      <w:pPr>
        <w:spacing w:after="20"/>
        <w:jc w:val="center"/>
        <w:rPr>
          <w:sz w:val="28"/>
          <w:szCs w:val="32"/>
        </w:rPr>
      </w:pPr>
      <w:r w:rsidRPr="000B56B2">
        <w:rPr>
          <w:sz w:val="24"/>
          <w:szCs w:val="32"/>
        </w:rPr>
        <w:t>Phone  xxx-xxx-xxxx      Fax  xxx-xxx-xxxx</w:t>
      </w:r>
    </w:p>
    <w:p w14:paraId="71EFB292" w14:textId="77777777" w:rsidR="00B07D71" w:rsidRPr="000B56B2" w:rsidRDefault="00000000">
      <w:pPr>
        <w:pBdr>
          <w:bottom w:val="single" w:sz="12" w:space="1" w:color="1C4542"/>
        </w:pBdr>
        <w:spacing w:after="120"/>
        <w:jc w:val="center"/>
        <w:rPr>
          <w:sz w:val="28"/>
          <w:szCs w:val="32"/>
        </w:rPr>
      </w:pPr>
      <w:r w:rsidRPr="000B56B2">
        <w:rPr>
          <w:color w:val="1C4542"/>
          <w:sz w:val="24"/>
          <w:szCs w:val="32"/>
        </w:rPr>
        <w:t>reception@scopemedical.ca      www.scopemedical.ca</w:t>
      </w:r>
    </w:p>
    <w:p w14:paraId="5AEA930C" w14:textId="4D0475DD" w:rsidR="00B07D71" w:rsidRPr="000B56B2" w:rsidRDefault="00000000">
      <w:pPr>
        <w:spacing w:before="120" w:after="40"/>
        <w:rPr>
          <w:sz w:val="24"/>
          <w:szCs w:val="28"/>
        </w:rPr>
      </w:pPr>
      <w:r w:rsidRPr="000B56B2">
        <w:rPr>
          <w:sz w:val="24"/>
          <w:szCs w:val="28"/>
        </w:rPr>
        <w:t>Referrals may be sent on this form, or by Ocean eReferral.</w:t>
      </w:r>
      <w:r w:rsidR="007561DE">
        <w:rPr>
          <w:sz w:val="24"/>
          <w:szCs w:val="28"/>
        </w:rPr>
        <w:t>ß</w:t>
      </w:r>
    </w:p>
    <w:p w14:paraId="3984E1C7" w14:textId="514142E4" w:rsidR="000B56B2" w:rsidRPr="000B56B2" w:rsidRDefault="00000000" w:rsidP="000B56B2">
      <w:pPr>
        <w:spacing w:after="40"/>
        <w:rPr>
          <w:i/>
          <w:iCs/>
          <w:sz w:val="24"/>
          <w:szCs w:val="28"/>
        </w:rPr>
      </w:pPr>
      <w:r w:rsidRPr="000B56B2">
        <w:rPr>
          <w:b/>
          <w:i/>
          <w:iCs/>
          <w:sz w:val="24"/>
          <w:szCs w:val="28"/>
        </w:rPr>
        <w:t>Scope Medical accepts any general internal medicine referral.</w:t>
      </w:r>
    </w:p>
    <w:p w14:paraId="455B25F7" w14:textId="39D66071" w:rsidR="000B56B2" w:rsidRPr="000B56B2" w:rsidRDefault="00000000">
      <w:pPr>
        <w:spacing w:after="160"/>
        <w:rPr>
          <w:sz w:val="24"/>
          <w:szCs w:val="28"/>
        </w:rPr>
      </w:pPr>
      <w:r w:rsidRPr="000B56B2">
        <w:rPr>
          <w:sz w:val="24"/>
          <w:szCs w:val="28"/>
        </w:rPr>
        <w:t>Please attach the family history, past medical history, an updated medication list, recent laboratory results, and relevant consult notes.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B07D71" w:rsidRPr="000B56B2" w14:paraId="095D003D" w14:textId="77777777">
        <w:trPr>
          <w:cantSplit/>
        </w:trPr>
        <w:tc>
          <w:tcPr>
            <w:tcW w:w="5256" w:type="dxa"/>
            <w:tcBorders>
              <w:top w:val="single" w:sz="4" w:space="0" w:color="123330"/>
              <w:left w:val="single" w:sz="4" w:space="0" w:color="123330"/>
              <w:bottom w:val="single" w:sz="4" w:space="0" w:color="123330"/>
              <w:right w:val="single" w:sz="4" w:space="0" w:color="123330"/>
            </w:tcBorders>
            <w:shd w:val="clear" w:color="auto" w:fill="123330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C6CEA" w14:textId="2F8A239F" w:rsidR="00B07D71" w:rsidRPr="000B56B2" w:rsidRDefault="00000000">
            <w:pPr>
              <w:rPr>
                <w:sz w:val="24"/>
                <w:szCs w:val="28"/>
              </w:rPr>
            </w:pPr>
            <w:r w:rsidRPr="000B56B2">
              <w:rPr>
                <w:b/>
                <w:color w:val="F3EFE6"/>
                <w:sz w:val="28"/>
                <w:szCs w:val="28"/>
              </w:rPr>
              <w:t xml:space="preserve">Patient </w:t>
            </w:r>
            <w:proofErr w:type="gramStart"/>
            <w:r w:rsidRPr="000B56B2">
              <w:rPr>
                <w:b/>
                <w:color w:val="F3EFE6"/>
                <w:sz w:val="28"/>
                <w:szCs w:val="28"/>
              </w:rPr>
              <w:t>details</w:t>
            </w:r>
            <w:r w:rsidR="000B56B2" w:rsidRPr="000B56B2">
              <w:rPr>
                <w:b/>
                <w:color w:val="F3EFE6"/>
                <w:sz w:val="28"/>
                <w:szCs w:val="28"/>
              </w:rPr>
              <w:t xml:space="preserve">  (</w:t>
            </w:r>
            <w:proofErr w:type="gramEnd"/>
            <w:r w:rsidRPr="000B56B2">
              <w:rPr>
                <w:b/>
                <w:color w:val="F3EFE6"/>
                <w:sz w:val="28"/>
                <w:szCs w:val="28"/>
              </w:rPr>
              <w:t>print or label)</w:t>
            </w:r>
          </w:p>
        </w:tc>
        <w:tc>
          <w:tcPr>
            <w:tcW w:w="5256" w:type="dxa"/>
            <w:tcBorders>
              <w:top w:val="single" w:sz="4" w:space="0" w:color="123330"/>
              <w:left w:val="single" w:sz="4" w:space="0" w:color="123330"/>
              <w:bottom w:val="single" w:sz="4" w:space="0" w:color="123330"/>
              <w:right w:val="single" w:sz="4" w:space="0" w:color="123330"/>
            </w:tcBorders>
            <w:shd w:val="clear" w:color="auto" w:fill="123330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B2951" w14:textId="77777777" w:rsidR="00B07D71" w:rsidRPr="000B56B2" w:rsidRDefault="00000000">
            <w:pPr>
              <w:rPr>
                <w:sz w:val="24"/>
                <w:szCs w:val="28"/>
              </w:rPr>
            </w:pPr>
            <w:r w:rsidRPr="000B56B2">
              <w:rPr>
                <w:b/>
                <w:color w:val="F3EFE6"/>
                <w:sz w:val="28"/>
                <w:szCs w:val="28"/>
              </w:rPr>
              <w:t>Referring physician or nurse practitioner</w:t>
            </w:r>
          </w:p>
        </w:tc>
      </w:tr>
      <w:tr w:rsidR="00B07D71" w:rsidRPr="000B56B2" w14:paraId="5EC1CB80" w14:textId="77777777">
        <w:trPr>
          <w:cantSplit/>
        </w:trPr>
        <w:tc>
          <w:tcPr>
            <w:tcW w:w="5256" w:type="dxa"/>
            <w:tcBorders>
              <w:top w:val="single" w:sz="4" w:space="0" w:color="D5CEC0"/>
              <w:left w:val="single" w:sz="4" w:space="0" w:color="D5CEC0"/>
              <w:bottom w:val="single" w:sz="4" w:space="0" w:color="D5CEC0"/>
              <w:right w:val="single" w:sz="4" w:space="0" w:color="D5CEC0"/>
            </w:tcBorders>
            <w:tcMar>
              <w:top w:w="60" w:type="dxa"/>
              <w:left w:w="90" w:type="dxa"/>
              <w:bottom w:w="40" w:type="dxa"/>
              <w:right w:w="80" w:type="dxa"/>
            </w:tcMar>
          </w:tcPr>
          <w:p w14:paraId="4FDEE8A5" w14:textId="6877534F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First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name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</w:t>
            </w:r>
          </w:p>
          <w:p w14:paraId="358FDC88" w14:textId="686EC168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Last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name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</w:t>
            </w:r>
          </w:p>
          <w:p w14:paraId="6B0C1808" w14:textId="7017B96A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Date of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birth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</w:t>
            </w:r>
          </w:p>
          <w:p w14:paraId="4A02E7D0" w14:textId="67A59E93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Sex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_________</w:t>
            </w:r>
          </w:p>
          <w:p w14:paraId="6C83E89B" w14:textId="1AE849F5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OHIP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number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</w:t>
            </w:r>
          </w:p>
          <w:p w14:paraId="1B7F7E8B" w14:textId="5C6A0AD4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Mobile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</w:t>
            </w:r>
          </w:p>
          <w:p w14:paraId="0526541F" w14:textId="6B2E4426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Home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phone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</w:t>
            </w:r>
          </w:p>
          <w:p w14:paraId="2A75D087" w14:textId="68F95D8A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Email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_______</w:t>
            </w:r>
          </w:p>
          <w:p w14:paraId="04CD856B" w14:textId="41865B03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Alternate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contact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</w:t>
            </w:r>
            <w:r w:rsidR="00E9362C">
              <w:rPr>
                <w:color w:val="3D4A46"/>
                <w:sz w:val="22"/>
                <w:szCs w:val="28"/>
              </w:rPr>
              <w:t>_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</w:p>
        </w:tc>
        <w:tc>
          <w:tcPr>
            <w:tcW w:w="5256" w:type="dxa"/>
            <w:tcBorders>
              <w:top w:val="single" w:sz="4" w:space="0" w:color="D5CEC0"/>
              <w:left w:val="single" w:sz="4" w:space="0" w:color="D5CEC0"/>
              <w:bottom w:val="single" w:sz="4" w:space="0" w:color="D5CEC0"/>
              <w:right w:val="single" w:sz="4" w:space="0" w:color="D5CEC0"/>
            </w:tcBorders>
            <w:tcMar>
              <w:top w:w="60" w:type="dxa"/>
              <w:left w:w="90" w:type="dxa"/>
              <w:bottom w:w="40" w:type="dxa"/>
              <w:right w:w="80" w:type="dxa"/>
            </w:tcMar>
          </w:tcPr>
          <w:p w14:paraId="5B83FA17" w14:textId="7F1596AB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Name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_________</w:t>
            </w:r>
          </w:p>
          <w:p w14:paraId="711E223D" w14:textId="3DDD219C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OHIP billing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number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</w:t>
            </w:r>
          </w:p>
          <w:p w14:paraId="2C146EDB" w14:textId="43677566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Family physician, if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>differen</w:t>
            </w:r>
            <w:r w:rsidR="00E9362C">
              <w:rPr>
                <w:b/>
                <w:color w:val="1C4542"/>
                <w:sz w:val="22"/>
                <w:szCs w:val="28"/>
              </w:rPr>
              <w:t>t</w:t>
            </w:r>
            <w:r w:rsidR="00E9362C">
              <w:rPr>
                <w:color w:val="3D4A46"/>
                <w:sz w:val="22"/>
                <w:szCs w:val="28"/>
              </w:rPr>
              <w:t xml:space="preserve">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</w:t>
            </w:r>
          </w:p>
          <w:p w14:paraId="26ED823B" w14:textId="44E47493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2"/>
                <w:szCs w:val="28"/>
              </w:rPr>
              <w:t xml:space="preserve">CPSO or CNO </w:t>
            </w: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number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</w:t>
            </w:r>
            <w:r w:rsidR="00E9362C">
              <w:rPr>
                <w:color w:val="3D4A46"/>
                <w:sz w:val="22"/>
                <w:szCs w:val="28"/>
              </w:rPr>
              <w:t>__</w:t>
            </w:r>
            <w:r w:rsidRPr="000B56B2">
              <w:rPr>
                <w:color w:val="3D4A46"/>
                <w:sz w:val="22"/>
                <w:szCs w:val="28"/>
              </w:rPr>
              <w:t>__</w:t>
            </w:r>
          </w:p>
          <w:p w14:paraId="00A9CD88" w14:textId="0B59113C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Fax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___________</w:t>
            </w:r>
          </w:p>
          <w:p w14:paraId="0D3E8173" w14:textId="78FB7139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Phone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________</w:t>
            </w:r>
          </w:p>
          <w:p w14:paraId="31F8BE3E" w14:textId="6AEF4D12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Address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</w:t>
            </w:r>
            <w:r w:rsidR="00E9362C">
              <w:rPr>
                <w:color w:val="3D4A46"/>
                <w:sz w:val="22"/>
                <w:szCs w:val="28"/>
              </w:rPr>
              <w:t>_______</w:t>
            </w:r>
            <w:r w:rsidRPr="000B56B2">
              <w:rPr>
                <w:color w:val="3D4A46"/>
                <w:sz w:val="22"/>
                <w:szCs w:val="28"/>
              </w:rPr>
              <w:t>_____</w:t>
            </w:r>
          </w:p>
          <w:p w14:paraId="2EA72EF9" w14:textId="7632D9F8" w:rsidR="00B07D71" w:rsidRPr="000B56B2" w:rsidRDefault="00000000">
            <w:pPr>
              <w:spacing w:before="60" w:after="20"/>
              <w:rPr>
                <w:sz w:val="24"/>
                <w:szCs w:val="28"/>
              </w:rPr>
            </w:pPr>
            <w:proofErr w:type="gramStart"/>
            <w:r w:rsidRPr="000B56B2">
              <w:rPr>
                <w:b/>
                <w:color w:val="1C4542"/>
                <w:sz w:val="22"/>
                <w:szCs w:val="28"/>
              </w:rPr>
              <w:t xml:space="preserve">City  </w:t>
            </w:r>
            <w:r w:rsidRPr="000B56B2">
              <w:rPr>
                <w:color w:val="3D4A46"/>
                <w:sz w:val="22"/>
                <w:szCs w:val="28"/>
              </w:rPr>
              <w:t>_</w:t>
            </w:r>
            <w:proofErr w:type="gramEnd"/>
            <w:r w:rsidRPr="000B56B2">
              <w:rPr>
                <w:color w:val="3D4A46"/>
                <w:sz w:val="22"/>
                <w:szCs w:val="28"/>
              </w:rPr>
              <w:t>_____________________________</w:t>
            </w:r>
            <w:r w:rsidR="00E9362C">
              <w:rPr>
                <w:color w:val="3D4A46"/>
                <w:sz w:val="22"/>
                <w:szCs w:val="28"/>
              </w:rPr>
              <w:t>__________</w:t>
            </w:r>
          </w:p>
        </w:tc>
      </w:tr>
    </w:tbl>
    <w:p w14:paraId="4BA8E92B" w14:textId="77777777" w:rsidR="00B07D71" w:rsidRPr="000B56B2" w:rsidRDefault="00B07D71">
      <w:pPr>
        <w:spacing w:before="160" w:after="40"/>
        <w:rPr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B07D71" w:rsidRPr="000B56B2" w14:paraId="7E050CED" w14:textId="77777777">
        <w:trPr>
          <w:cantSplit/>
        </w:trPr>
        <w:tc>
          <w:tcPr>
            <w:tcW w:w="525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40" w:type="dxa"/>
              <w:left w:w="0" w:type="dxa"/>
              <w:bottom w:w="20" w:type="dxa"/>
              <w:right w:w="80" w:type="dxa"/>
            </w:tcMar>
          </w:tcPr>
          <w:p w14:paraId="429E7CC1" w14:textId="534F72CA" w:rsidR="00B07D71" w:rsidRPr="000B56B2" w:rsidRDefault="00000000" w:rsidP="000B56B2">
            <w:pPr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4"/>
                <w:szCs w:val="28"/>
              </w:rPr>
              <w:t xml:space="preserve">Referral </w:t>
            </w:r>
            <w:r w:rsidR="000B56B2" w:rsidRPr="000B56B2">
              <w:rPr>
                <w:b/>
                <w:color w:val="1C4542"/>
                <w:sz w:val="24"/>
                <w:szCs w:val="28"/>
              </w:rPr>
              <w:t>date _</w:t>
            </w:r>
            <w:r w:rsidRPr="000B56B2">
              <w:rPr>
                <w:sz w:val="24"/>
                <w:szCs w:val="28"/>
              </w:rPr>
              <w:t>__ / ___ / ______</w:t>
            </w:r>
          </w:p>
        </w:tc>
        <w:tc>
          <w:tcPr>
            <w:tcW w:w="525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40" w:type="dxa"/>
              <w:left w:w="0" w:type="dxa"/>
              <w:bottom w:w="20" w:type="dxa"/>
              <w:right w:w="80" w:type="dxa"/>
            </w:tcMar>
          </w:tcPr>
          <w:p w14:paraId="5524C0CB" w14:textId="5104AC92" w:rsidR="00B07D71" w:rsidRPr="000B56B2" w:rsidRDefault="000B56B2">
            <w:pPr>
              <w:rPr>
                <w:sz w:val="24"/>
                <w:szCs w:val="28"/>
              </w:rPr>
            </w:pPr>
            <w:r w:rsidRPr="000B56B2">
              <w:rPr>
                <w:b/>
                <w:color w:val="1C4542"/>
                <w:sz w:val="24"/>
                <w:szCs w:val="28"/>
              </w:rPr>
              <w:t>Signature _</w:t>
            </w:r>
            <w:r w:rsidRPr="000B56B2">
              <w:rPr>
                <w:sz w:val="24"/>
                <w:szCs w:val="28"/>
              </w:rPr>
              <w:t>_____________________________</w:t>
            </w:r>
          </w:p>
        </w:tc>
      </w:tr>
    </w:tbl>
    <w:p w14:paraId="22CDD07E" w14:textId="04167471" w:rsidR="00B07D71" w:rsidRPr="000B56B2" w:rsidRDefault="00000000">
      <w:pPr>
        <w:spacing w:before="160" w:after="40"/>
        <w:rPr>
          <w:sz w:val="24"/>
          <w:szCs w:val="28"/>
        </w:rPr>
      </w:pPr>
      <w:r w:rsidRPr="000B56B2">
        <w:rPr>
          <w:b/>
          <w:color w:val="1C4542"/>
          <w:sz w:val="28"/>
          <w:szCs w:val="28"/>
        </w:rPr>
        <w:t>Reason for consultation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B07D71" w:rsidRPr="000B56B2" w14:paraId="1BBA0309" w14:textId="77777777">
        <w:trPr>
          <w:trHeight w:val="700"/>
        </w:trPr>
        <w:tc>
          <w:tcPr>
            <w:tcW w:w="10512" w:type="dxa"/>
            <w:tcBorders>
              <w:top w:val="single" w:sz="8" w:space="0" w:color="D5CEC0"/>
              <w:left w:val="single" w:sz="8" w:space="0" w:color="D5CEC0"/>
              <w:bottom w:val="single" w:sz="8" w:space="0" w:color="D5CEC0"/>
              <w:right w:val="single" w:sz="8" w:space="0" w:color="D5CEC0"/>
            </w:tcBorders>
            <w:shd w:val="clear" w:color="auto" w:fill="F7F4EE"/>
            <w:tcMar>
              <w:top w:w="60" w:type="dxa"/>
              <w:left w:w="90" w:type="dxa"/>
              <w:bottom w:w="60" w:type="dxa"/>
              <w:right w:w="80" w:type="dxa"/>
            </w:tcMar>
          </w:tcPr>
          <w:p w14:paraId="4CC436EF" w14:textId="77777777" w:rsidR="00B07D71" w:rsidRPr="000B56B2" w:rsidRDefault="00000000">
            <w:pPr>
              <w:rPr>
                <w:sz w:val="24"/>
                <w:szCs w:val="28"/>
              </w:rPr>
            </w:pPr>
            <w:r w:rsidRPr="000B56B2">
              <w:rPr>
                <w:sz w:val="28"/>
                <w:szCs w:val="28"/>
              </w:rPr>
              <w:t xml:space="preserve"> </w:t>
            </w:r>
          </w:p>
          <w:p w14:paraId="1E7C3B67" w14:textId="77777777" w:rsidR="00B07D71" w:rsidRPr="000B56B2" w:rsidRDefault="00000000">
            <w:pPr>
              <w:rPr>
                <w:sz w:val="24"/>
                <w:szCs w:val="28"/>
              </w:rPr>
            </w:pPr>
            <w:r w:rsidRPr="000B56B2">
              <w:rPr>
                <w:sz w:val="28"/>
                <w:szCs w:val="28"/>
              </w:rPr>
              <w:t xml:space="preserve"> </w:t>
            </w:r>
          </w:p>
          <w:p w14:paraId="1EFFAA53" w14:textId="77777777" w:rsidR="00B07D71" w:rsidRPr="000B56B2" w:rsidRDefault="00000000">
            <w:pPr>
              <w:rPr>
                <w:sz w:val="24"/>
                <w:szCs w:val="28"/>
              </w:rPr>
            </w:pPr>
            <w:r w:rsidRPr="000B56B2">
              <w:rPr>
                <w:sz w:val="28"/>
                <w:szCs w:val="28"/>
              </w:rPr>
              <w:t xml:space="preserve"> </w:t>
            </w:r>
          </w:p>
          <w:p w14:paraId="5135E5B4" w14:textId="77777777" w:rsidR="00B07D71" w:rsidRPr="000B56B2" w:rsidRDefault="00000000">
            <w:pPr>
              <w:rPr>
                <w:sz w:val="24"/>
                <w:szCs w:val="28"/>
              </w:rPr>
            </w:pPr>
            <w:r w:rsidRPr="000B56B2">
              <w:rPr>
                <w:sz w:val="28"/>
                <w:szCs w:val="28"/>
              </w:rPr>
              <w:t xml:space="preserve"> </w:t>
            </w:r>
          </w:p>
        </w:tc>
      </w:tr>
    </w:tbl>
    <w:p w14:paraId="4A131F2D" w14:textId="77777777" w:rsidR="00B07D71" w:rsidRPr="000B56B2" w:rsidRDefault="00000000">
      <w:pPr>
        <w:spacing w:before="160"/>
        <w:rPr>
          <w:sz w:val="24"/>
          <w:szCs w:val="28"/>
        </w:rPr>
      </w:pPr>
      <w:r w:rsidRPr="000B56B2">
        <w:rPr>
          <w:i/>
          <w:sz w:val="22"/>
          <w:szCs w:val="28"/>
        </w:rPr>
        <w:t>Emergencies and unstable patients should go to the emergency department. This office cannot see them.</w:t>
      </w:r>
    </w:p>
    <w:sectPr w:rsidR="00B07D71" w:rsidRPr="000B56B2" w:rsidSect="00034616">
      <w:footerReference w:type="default" r:id="rId9"/>
      <w:pgSz w:w="12240" w:h="15840"/>
      <w:pgMar w:top="648" w:right="864" w:bottom="792" w:left="864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06BB0B" w14:textId="77777777" w:rsidR="00DA3E28" w:rsidRDefault="00DA3E28">
      <w:pPr>
        <w:spacing w:line="240" w:lineRule="auto"/>
      </w:pPr>
      <w:r>
        <w:separator/>
      </w:r>
    </w:p>
  </w:endnote>
  <w:endnote w:type="continuationSeparator" w:id="0">
    <w:p w14:paraId="208515B9" w14:textId="77777777" w:rsidR="00DA3E28" w:rsidRDefault="00DA3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8ABDB" w14:textId="77777777" w:rsidR="00B07D71" w:rsidRDefault="00000000">
    <w:pPr>
      <w:pStyle w:val="Footer"/>
      <w:pBdr>
        <w:top w:val="single" w:sz="12" w:space="6" w:color="1C4542"/>
      </w:pBdr>
      <w:spacing w:before="80"/>
      <w:jc w:val="center"/>
    </w:pPr>
    <w:r>
      <w:rPr>
        <w:b/>
        <w:color w:val="1C4542"/>
        <w:sz w:val="22"/>
      </w:rPr>
      <w:t>Please fax this form to xxx-xxx-</w:t>
    </w:r>
    <w:proofErr w:type="spellStart"/>
    <w:r>
      <w:rPr>
        <w:b/>
        <w:color w:val="1C4542"/>
        <w:sz w:val="22"/>
      </w:rPr>
      <w:t>xxxx</w:t>
    </w:r>
    <w:proofErr w:type="spellEnd"/>
    <w:r>
      <w:rPr>
        <w:b/>
        <w:color w:val="1C4542"/>
        <w:sz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5DACC6" w14:textId="77777777" w:rsidR="00DA3E28" w:rsidRDefault="00DA3E28">
      <w:pPr>
        <w:spacing w:line="240" w:lineRule="auto"/>
      </w:pPr>
      <w:r>
        <w:separator/>
      </w:r>
    </w:p>
  </w:footnote>
  <w:footnote w:type="continuationSeparator" w:id="0">
    <w:p w14:paraId="63B1AAED" w14:textId="77777777" w:rsidR="00DA3E28" w:rsidRDefault="00DA3E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4342324">
    <w:abstractNumId w:val="8"/>
  </w:num>
  <w:num w:numId="2" w16cid:durableId="835268922">
    <w:abstractNumId w:val="6"/>
  </w:num>
  <w:num w:numId="3" w16cid:durableId="976494094">
    <w:abstractNumId w:val="5"/>
  </w:num>
  <w:num w:numId="4" w16cid:durableId="218133062">
    <w:abstractNumId w:val="4"/>
  </w:num>
  <w:num w:numId="5" w16cid:durableId="1026179821">
    <w:abstractNumId w:val="7"/>
  </w:num>
  <w:num w:numId="6" w16cid:durableId="1109163011">
    <w:abstractNumId w:val="3"/>
  </w:num>
  <w:num w:numId="7" w16cid:durableId="724836409">
    <w:abstractNumId w:val="2"/>
  </w:num>
  <w:num w:numId="8" w16cid:durableId="972440204">
    <w:abstractNumId w:val="1"/>
  </w:num>
  <w:num w:numId="9" w16cid:durableId="2630762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6B2"/>
    <w:rsid w:val="0015074B"/>
    <w:rsid w:val="0029639D"/>
    <w:rsid w:val="00326F90"/>
    <w:rsid w:val="004E235E"/>
    <w:rsid w:val="007561DE"/>
    <w:rsid w:val="008870B8"/>
    <w:rsid w:val="00AA1D8D"/>
    <w:rsid w:val="00B07D71"/>
    <w:rsid w:val="00B47730"/>
    <w:rsid w:val="00BF092D"/>
    <w:rsid w:val="00CB0664"/>
    <w:rsid w:val="00DA3E28"/>
    <w:rsid w:val="00E936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E3B487"/>
  <w14:defaultImageDpi w14:val="300"/>
  <w15:docId w15:val="{229AC2F1-4FD4-DC46-9DE7-543C2158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eastAsia="Calibri" w:hAnsi="Calibri" w:cs="Calibri"/>
      <w:color w:val="1B24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form — Scope Medical</dc:title>
  <dc:subject>Editable general internal medicine referral form</dc:subject>
  <dc:creator>Scope Medical</dc:creator>
  <cp:keywords/>
  <dc:description>generated by python-docx</dc:description>
  <cp:lastModifiedBy>sineth janidu</cp:lastModifiedBy>
  <cp:revision>5</cp:revision>
  <dcterms:created xsi:type="dcterms:W3CDTF">2013-12-23T23:15:00Z</dcterms:created>
  <dcterms:modified xsi:type="dcterms:W3CDTF">2026-10-08T00:18:00Z</dcterms:modified>
  <cp:category/>
</cp:coreProperties>
</file>